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631D7" w14:textId="42D9618A" w:rsidR="000263E7" w:rsidRPr="00C6564D" w:rsidRDefault="008A34D3">
      <w:pPr>
        <w:pStyle w:val="a9"/>
        <w:spacing w:after="80"/>
        <w:jc w:val="right"/>
        <w:rPr>
          <w:lang w:val="ru-RU"/>
        </w:rPr>
      </w:pPr>
      <w:r w:rsidRPr="00C6564D">
        <w:rPr>
          <w:sz w:val="18"/>
          <w:lang w:val="ru-RU"/>
        </w:rPr>
        <w:t>УТВЕРЖДЕНО</w:t>
      </w:r>
      <w:r w:rsidRPr="00C6564D">
        <w:rPr>
          <w:sz w:val="18"/>
          <w:lang w:val="ru-RU"/>
        </w:rPr>
        <w:br/>
        <w:t>приказом ООО «ПРЕМЬЕРА»</w:t>
      </w:r>
      <w:r w:rsidRPr="00C6564D">
        <w:rPr>
          <w:sz w:val="18"/>
          <w:lang w:val="ru-RU"/>
        </w:rPr>
        <w:br/>
        <w:t xml:space="preserve">от 16.10.2026 № </w:t>
      </w:r>
      <w:r w:rsidR="00C6564D">
        <w:rPr>
          <w:sz w:val="18"/>
          <w:lang w:val="ru-RU"/>
        </w:rPr>
        <w:t>16/01</w:t>
      </w:r>
    </w:p>
    <w:p w14:paraId="76B2E862" w14:textId="77777777" w:rsidR="00942E2F" w:rsidRPr="00F41C20" w:rsidRDefault="00AF22D7">
      <w:pPr>
        <w:pStyle w:val="a9"/>
        <w:spacing w:after="80"/>
        <w:jc w:val="center"/>
        <w:rPr>
          <w:lang w:val="ru-RU"/>
        </w:rPr>
      </w:pPr>
      <w:r w:rsidRPr="00F41C20">
        <w:rPr>
          <w:b w:val="0"/>
          <w:lang w:val="ru-RU"/>
        </w:rPr>
        <w:t>ЗАЯВЛЕНИЕ О ВОЗВРАТЕ ИЛИ ОБМЕНЕ ТОВАРА</w:t>
      </w:r>
    </w:p>
    <w:p w14:paraId="4889F6C1" w14:textId="77777777" w:rsidR="002B05FE" w:rsidRDefault="0090092E">
      <w:pPr>
        <w:rPr>
          <w:b/>
          <w:bCs/>
          <w:lang w:val="ru-RU"/>
        </w:rPr>
      </w:pPr>
      <w:r>
        <w:t>Редакция от 16.10.2026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42E2F" w:rsidRPr="00C6564D" w14:paraId="06F64905" w14:textId="77777777" w:rsidTr="006F15DE">
        <w:trPr>
          <w:cantSplit/>
          <w:jc w:val="center"/>
        </w:trPr>
        <w:tc>
          <w:tcPr>
            <w:tcW w:w="9360" w:type="dxa"/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CC2D64" w14:textId="77777777" w:rsidR="00942E2F" w:rsidRPr="00F41C20" w:rsidRDefault="00AF22D7">
            <w:pPr>
              <w:spacing w:after="0"/>
              <w:rPr>
                <w:lang w:val="ru-RU"/>
              </w:rPr>
            </w:pPr>
            <w:r w:rsidRPr="00F41C20">
              <w:rPr>
                <w:lang w:val="ru-RU"/>
              </w:rPr>
              <w:t>Форма носит рекомендательный характер. Покупатель вправе обратиться в свободной форме.</w:t>
            </w:r>
          </w:p>
        </w:tc>
      </w:tr>
    </w:tbl>
    <w:tbl>
      <w:tblPr>
        <w:tblStyle w:val="aff0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650"/>
        <w:gridCol w:w="6710"/>
      </w:tblGrid>
      <w:tr w:rsidR="00942E2F" w14:paraId="241ED565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5C09AD" w14:textId="77777777" w:rsidR="00942E2F" w:rsidRDefault="00AF22D7">
            <w:pPr>
              <w:spacing w:after="0"/>
            </w:pPr>
            <w:proofErr w:type="spellStart"/>
            <w:r>
              <w:rPr>
                <w:b/>
              </w:rPr>
              <w:t>Получатель</w:t>
            </w:r>
            <w:proofErr w:type="spellEnd"/>
          </w:p>
        </w:tc>
        <w:tc>
          <w:tcPr>
            <w:tcW w:w="6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EC08EA" w14:textId="77777777" w:rsidR="00942E2F" w:rsidRDefault="00AF22D7">
            <w:pPr>
              <w:spacing w:after="0"/>
            </w:pPr>
            <w:r>
              <w:t>ООО «ПРЕМЬЕРА»</w:t>
            </w:r>
          </w:p>
        </w:tc>
      </w:tr>
      <w:tr w:rsidR="00942E2F" w14:paraId="047E88BD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ED5C1B" w14:textId="77777777" w:rsidR="00942E2F" w:rsidRDefault="00AF22D7">
            <w:pPr>
              <w:spacing w:after="0"/>
            </w:pPr>
            <w:r>
              <w:rPr>
                <w:b/>
              </w:rPr>
              <w:t>ОГРН / ИНН</w:t>
            </w:r>
          </w:p>
        </w:tc>
        <w:tc>
          <w:tcPr>
            <w:tcW w:w="6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35E8A" w14:textId="77777777" w:rsidR="00942E2F" w:rsidRDefault="00AF22D7">
            <w:pPr>
              <w:spacing w:after="0"/>
            </w:pPr>
            <w:r>
              <w:t>1236600004915 / 6671256308</w:t>
            </w:r>
          </w:p>
        </w:tc>
      </w:tr>
      <w:tr w:rsidR="00942E2F" w:rsidRPr="00C6564D" w14:paraId="0DA474B1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505B68" w14:textId="77777777" w:rsidR="00942E2F" w:rsidRDefault="00AF22D7">
            <w:pPr>
              <w:spacing w:after="0"/>
            </w:pPr>
            <w:r>
              <w:rPr>
                <w:b/>
              </w:rPr>
              <w:t>Почтовый адрес</w:t>
            </w:r>
          </w:p>
        </w:tc>
        <w:tc>
          <w:tcPr>
            <w:tcW w:w="6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CF66B7" w14:textId="77777777" w:rsidR="00942E2F" w:rsidRPr="006F15DE" w:rsidRDefault="00AF22D7">
            <w:pPr>
              <w:spacing w:after="0"/>
              <w:rPr>
                <w:lang w:val="ru-RU"/>
              </w:rPr>
            </w:pPr>
            <w:r w:rsidRPr="006F15DE">
              <w:rPr>
                <w:lang w:val="ru-RU"/>
              </w:rPr>
              <w:t>620028, Свердловская область, г. Екатеринбург, Верх-Исетский бульвар, д. 25, а/я 40</w:t>
            </w:r>
          </w:p>
        </w:tc>
      </w:tr>
      <w:tr w:rsidR="00942E2F" w:rsidRPr="00C6564D" w14:paraId="52E6B2D6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1D67AA" w14:textId="77777777" w:rsidR="00942E2F" w:rsidRDefault="00AF22D7"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w="6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7527ED" w14:textId="77777777" w:rsidR="00C6564D" w:rsidRPr="005F172F" w:rsidRDefault="00C6564D" w:rsidP="00C6564D">
            <w:pPr>
              <w:spacing w:after="60" w:line="240" w:lineRule="auto"/>
              <w:rPr>
                <w:color w:val="000000" w:themeColor="text1"/>
                <w:lang w:val="ru-RU"/>
              </w:rPr>
            </w:pPr>
            <w:r w:rsidRPr="005F172F">
              <w:rPr>
                <w:color w:val="000000" w:themeColor="text1"/>
                <w:lang w:val="ru-RU"/>
              </w:rPr>
              <w:t>shop@innorto.ru — по заказам и возвратам</w:t>
            </w:r>
          </w:p>
          <w:p w14:paraId="781EDBE4" w14:textId="33895DB4" w:rsidR="00942E2F" w:rsidRPr="00F41C20" w:rsidRDefault="00C6564D" w:rsidP="00C6564D">
            <w:pPr>
              <w:spacing w:after="0"/>
              <w:rPr>
                <w:lang w:val="ru-RU"/>
              </w:rPr>
            </w:pPr>
            <w:r w:rsidRPr="005F172F">
              <w:rPr>
                <w:color w:val="000000" w:themeColor="text1"/>
                <w:lang w:val="ru-RU"/>
              </w:rPr>
              <w:t xml:space="preserve"> Prima4473@gmail.com — по возвратам, претензиям и персональным данным</w:t>
            </w:r>
            <w:bookmarkStart w:id="0" w:name="_GoBack"/>
            <w:bookmarkEnd w:id="0"/>
          </w:p>
        </w:tc>
      </w:tr>
    </w:tbl>
    <w:p w14:paraId="7767A311" w14:textId="77777777" w:rsidR="00942E2F" w:rsidRPr="00FF4D71" w:rsidRDefault="00AF22D7" w:rsidP="00FF4D71">
      <w:pPr>
        <w:keepNext/>
        <w:rPr>
          <w:b/>
          <w:bCs/>
          <w:lang w:val="ru-RU"/>
        </w:rPr>
      </w:pPr>
      <w:r w:rsidRPr="00FF4D71">
        <w:rPr>
          <w:b/>
          <w:bCs/>
          <w:lang w:val="ru-RU"/>
        </w:rPr>
        <w:t>1. Сведения о Покупателе</w:t>
      </w:r>
    </w:p>
    <w:p w14:paraId="5DE7AF85" w14:textId="77777777" w:rsidR="00942E2F" w:rsidRPr="00F41C20" w:rsidRDefault="00AF22D7">
      <w:pPr>
        <w:spacing w:after="140"/>
        <w:rPr>
          <w:lang w:val="ru-RU"/>
        </w:rPr>
      </w:pPr>
      <w:r w:rsidRPr="00F41C20">
        <w:rPr>
          <w:b/>
          <w:lang w:val="ru-RU"/>
        </w:rPr>
        <w:t xml:space="preserve">Фамилия, имя, отчество </w:t>
      </w:r>
      <w:r w:rsidRPr="00F41C20">
        <w:rPr>
          <w:lang w:val="ru-RU"/>
        </w:rPr>
        <w:t>___________________________________________________________________________</w:t>
      </w:r>
    </w:p>
    <w:p w14:paraId="1C457455" w14:textId="77777777" w:rsidR="00942E2F" w:rsidRPr="00F41C20" w:rsidRDefault="00AF22D7">
      <w:pPr>
        <w:spacing w:after="140"/>
        <w:rPr>
          <w:lang w:val="ru-RU"/>
        </w:rPr>
      </w:pPr>
      <w:r>
        <w:rPr>
          <w:b/>
          <w:lang w:val="ru-RU"/>
        </w:rPr>
        <w:t>Телефон или email для связи __________________________________________________________</w:t>
      </w:r>
    </w:p>
    <w:p w14:paraId="2F8CB3C0" w14:textId="77777777" w:rsidR="00942E2F" w:rsidRPr="00F41C20" w:rsidRDefault="00AF22D7">
      <w:pPr>
        <w:spacing w:after="140"/>
        <w:rPr>
          <w:lang w:val="ru-RU"/>
        </w:rPr>
      </w:pPr>
      <w:r w:rsidRPr="00F41C20">
        <w:rPr>
          <w:b/>
          <w:lang w:val="ru-RU"/>
        </w:rPr>
        <w:t xml:space="preserve">Почтовый адрес, если ответ нужен по почте </w:t>
      </w:r>
      <w:r w:rsidRPr="00F41C20">
        <w:rPr>
          <w:lang w:val="ru-RU"/>
        </w:rPr>
        <w:t>___________________________________________________________________________</w:t>
      </w:r>
    </w:p>
    <w:p w14:paraId="43D8A28B" w14:textId="77777777" w:rsidR="00942E2F" w:rsidRPr="00FF4D71" w:rsidRDefault="00AF22D7" w:rsidP="00FF4D71">
      <w:pPr>
        <w:keepNext/>
        <w:rPr>
          <w:b/>
          <w:bCs/>
          <w:lang w:val="ru-RU"/>
        </w:rPr>
      </w:pPr>
      <w:r w:rsidRPr="00FF4D71">
        <w:rPr>
          <w:b/>
          <w:bCs/>
          <w:lang w:val="ru-RU"/>
        </w:rPr>
        <w:t>2. Сведения о покупке</w:t>
      </w:r>
    </w:p>
    <w:p w14:paraId="68E08782" w14:textId="77777777" w:rsidR="00942E2F" w:rsidRPr="00F41C20" w:rsidRDefault="00AF22D7">
      <w:pPr>
        <w:spacing w:after="140"/>
        <w:rPr>
          <w:lang w:val="ru-RU"/>
        </w:rPr>
      </w:pPr>
      <w:r w:rsidRPr="00F41C20">
        <w:rPr>
          <w:b/>
          <w:lang w:val="ru-RU"/>
        </w:rPr>
        <w:t xml:space="preserve">Номер и дата Заказа </w:t>
      </w:r>
      <w:r w:rsidRPr="00F41C20">
        <w:rPr>
          <w:lang w:val="ru-RU"/>
        </w:rPr>
        <w:t>___________________________________________________________________________</w:t>
      </w:r>
    </w:p>
    <w:p w14:paraId="08BB7E57" w14:textId="77777777" w:rsidR="00942E2F" w:rsidRPr="00F41C20" w:rsidRDefault="00AF22D7">
      <w:pPr>
        <w:spacing w:after="140"/>
        <w:rPr>
          <w:lang w:val="ru-RU"/>
        </w:rPr>
      </w:pPr>
      <w:r w:rsidRPr="00F41C20">
        <w:rPr>
          <w:b/>
          <w:lang w:val="ru-RU"/>
        </w:rPr>
        <w:t xml:space="preserve">Дата получения Товара </w:t>
      </w:r>
      <w:r w:rsidRPr="00F41C20">
        <w:rPr>
          <w:lang w:val="ru-RU"/>
        </w:rPr>
        <w:t>___________________________________________________________________________</w:t>
      </w:r>
    </w:p>
    <w:p w14:paraId="1BEA899A" w14:textId="77777777" w:rsidR="00942E2F" w:rsidRPr="00F41C20" w:rsidRDefault="00AF22D7">
      <w:pPr>
        <w:spacing w:after="360"/>
        <w:rPr>
          <w:lang w:val="ru-RU"/>
        </w:rPr>
      </w:pPr>
      <w:r w:rsidRPr="00F41C20">
        <w:rPr>
          <w:b/>
          <w:lang w:val="ru-RU"/>
        </w:rPr>
        <w:t xml:space="preserve">Наименование, модель, размер и артикул Товара </w:t>
      </w:r>
      <w:r w:rsidRPr="00F41C20">
        <w:rPr>
          <w:lang w:val="ru-RU"/>
        </w:rPr>
        <w:t>___________________________________________________________________________</w:t>
      </w:r>
    </w:p>
    <w:p w14:paraId="0FADA30D" w14:textId="77777777" w:rsidR="00942E2F" w:rsidRPr="00F41C20" w:rsidRDefault="00AF22D7">
      <w:pPr>
        <w:spacing w:after="140"/>
        <w:rPr>
          <w:lang w:val="ru-RU"/>
        </w:rPr>
      </w:pPr>
      <w:r w:rsidRPr="00F41C20">
        <w:rPr>
          <w:b/>
          <w:lang w:val="ru-RU"/>
        </w:rPr>
        <w:t xml:space="preserve">Цена Товара </w:t>
      </w:r>
      <w:r w:rsidRPr="00F41C20">
        <w:rPr>
          <w:lang w:val="ru-RU"/>
        </w:rPr>
        <w:t>___________________________________________________________________________</w:t>
      </w:r>
    </w:p>
    <w:p w14:paraId="1354F5DA" w14:textId="77777777" w:rsidR="00942E2F" w:rsidRPr="00F41C20" w:rsidRDefault="00AF22D7">
      <w:pPr>
        <w:spacing w:after="140"/>
        <w:rPr>
          <w:lang w:val="ru-RU"/>
        </w:rPr>
      </w:pPr>
      <w:r w:rsidRPr="00F41C20">
        <w:rPr>
          <w:b/>
          <w:lang w:val="ru-RU"/>
        </w:rPr>
        <w:t xml:space="preserve">Документ о покупке или иное подтверждение, если имеется </w:t>
      </w:r>
      <w:r w:rsidRPr="00F41C20">
        <w:rPr>
          <w:lang w:val="ru-RU"/>
        </w:rPr>
        <w:t>___________________________________________________________________________</w:t>
      </w:r>
    </w:p>
    <w:p w14:paraId="3D6874A7" w14:textId="77777777" w:rsidR="00942E2F" w:rsidRPr="00FF4D71" w:rsidRDefault="00AF22D7" w:rsidP="00FF4D71">
      <w:pPr>
        <w:keepNext/>
        <w:rPr>
          <w:b/>
          <w:bCs/>
          <w:lang w:val="ru-RU"/>
        </w:rPr>
      </w:pPr>
      <w:r w:rsidRPr="00FF4D71">
        <w:rPr>
          <w:b/>
          <w:bCs/>
          <w:lang w:val="ru-RU"/>
        </w:rPr>
        <w:t>3. Требование</w:t>
      </w:r>
    </w:p>
    <w:p w14:paraId="6B4FF6F1" w14:textId="77777777" w:rsidR="00942E2F" w:rsidRPr="00F41C20" w:rsidRDefault="00AF22D7">
      <w:pPr>
        <w:keepLines/>
        <w:rPr>
          <w:lang w:val="ru-RU"/>
        </w:rPr>
      </w:pPr>
      <w:r w:rsidRPr="00F41C20">
        <w:rPr>
          <w:b/>
          <w:lang w:val="ru-RU"/>
        </w:rPr>
        <w:t>Отметьте подходящий вариант:</w:t>
      </w:r>
    </w:p>
    <w:p w14:paraId="75C1784E" w14:textId="77777777" w:rsidR="00942E2F" w:rsidRPr="00F41C20" w:rsidRDefault="00AF22D7">
      <w:pPr>
        <w:keepLines/>
        <w:ind w:left="227"/>
        <w:rPr>
          <w:lang w:val="ru-RU"/>
        </w:rPr>
      </w:pPr>
      <w:r w:rsidRPr="00F41C20">
        <w:rPr>
          <w:lang w:val="ru-RU"/>
        </w:rPr>
        <w:t>☐ Возврат качественного Товара и уплаченной суммы</w:t>
      </w:r>
    </w:p>
    <w:p w14:paraId="1A3132D0" w14:textId="77777777" w:rsidR="00942E2F" w:rsidRPr="00F41C20" w:rsidRDefault="00AF22D7">
      <w:pPr>
        <w:keepLines/>
        <w:ind w:left="227"/>
        <w:rPr>
          <w:lang w:val="ru-RU"/>
        </w:rPr>
      </w:pPr>
      <w:r w:rsidRPr="00F41C20">
        <w:rPr>
          <w:lang w:val="ru-RU"/>
        </w:rPr>
        <w:t>☐ Замена качественного Товара, если обмен согласован с Продавцом</w:t>
      </w:r>
    </w:p>
    <w:p w14:paraId="6C770D62" w14:textId="77777777" w:rsidR="00942E2F" w:rsidRPr="00F41C20" w:rsidRDefault="00AF22D7">
      <w:pPr>
        <w:keepLines/>
        <w:ind w:left="227"/>
        <w:rPr>
          <w:lang w:val="ru-RU"/>
        </w:rPr>
      </w:pPr>
      <w:r w:rsidRPr="00F41C20">
        <w:rPr>
          <w:lang w:val="ru-RU"/>
        </w:rPr>
        <w:t>☐ Замена Товара с недостатком</w:t>
      </w:r>
    </w:p>
    <w:p w14:paraId="2E494ECE" w14:textId="77777777" w:rsidR="00942E2F" w:rsidRPr="00F41C20" w:rsidRDefault="00AF22D7">
      <w:pPr>
        <w:keepLines/>
        <w:ind w:left="227"/>
        <w:rPr>
          <w:lang w:val="ru-RU"/>
        </w:rPr>
      </w:pPr>
      <w:r w:rsidRPr="00F41C20">
        <w:rPr>
          <w:lang w:val="ru-RU"/>
        </w:rPr>
        <w:t>☐ Соразмерное уменьшение цены</w:t>
      </w:r>
    </w:p>
    <w:p w14:paraId="4D610562" w14:textId="77777777" w:rsidR="00942E2F" w:rsidRPr="00F41C20" w:rsidRDefault="00AF22D7">
      <w:pPr>
        <w:keepLines/>
        <w:ind w:left="227"/>
        <w:rPr>
          <w:lang w:val="ru-RU"/>
        </w:rPr>
      </w:pPr>
      <w:r w:rsidRPr="00F41C20">
        <w:rPr>
          <w:lang w:val="ru-RU"/>
        </w:rPr>
        <w:t>☐ Безвозмездное устранение недостатков или возмещение расходов</w:t>
      </w:r>
    </w:p>
    <w:p w14:paraId="1E18648F" w14:textId="77777777" w:rsidR="00942E2F" w:rsidRPr="00F41C20" w:rsidRDefault="00AF22D7">
      <w:pPr>
        <w:keepLines/>
        <w:ind w:left="227"/>
        <w:rPr>
          <w:lang w:val="ru-RU"/>
        </w:rPr>
      </w:pPr>
      <w:r w:rsidRPr="00F41C20">
        <w:rPr>
          <w:lang w:val="ru-RU"/>
        </w:rPr>
        <w:t>☐ Отказ от Договора и возврат денег в связи с недостатком</w:t>
      </w:r>
    </w:p>
    <w:p w14:paraId="28D68144" w14:textId="77777777" w:rsidR="00942E2F" w:rsidRPr="00F41C20" w:rsidRDefault="00AF22D7">
      <w:pPr>
        <w:keepLines/>
        <w:ind w:left="227"/>
        <w:rPr>
          <w:lang w:val="ru-RU"/>
        </w:rPr>
      </w:pPr>
      <w:r w:rsidRPr="00F41C20">
        <w:rPr>
          <w:lang w:val="ru-RU"/>
        </w:rPr>
        <w:t>☐ Иное: __________________________________________________________________</w:t>
      </w:r>
    </w:p>
    <w:p w14:paraId="4829D3D6" w14:textId="77777777" w:rsidR="00942E2F" w:rsidRPr="00F41C20" w:rsidRDefault="00AF22D7" w:rsidP="006F15DE">
      <w:pPr>
        <w:spacing w:after="360"/>
        <w:rPr>
          <w:lang w:val="ru-RU"/>
        </w:rPr>
      </w:pPr>
      <w:r w:rsidRPr="00F41C20">
        <w:rPr>
          <w:b/>
          <w:lang w:val="ru-RU"/>
        </w:rPr>
        <w:lastRenderedPageBreak/>
        <w:t xml:space="preserve">Описание недостатка, если требование связано с качеством </w:t>
      </w:r>
      <w:r w:rsidRPr="00F41C20">
        <w:rPr>
          <w:lang w:val="ru-RU"/>
        </w:rPr>
        <w:t>__________________________________________________________________________</w:t>
      </w:r>
    </w:p>
    <w:p w14:paraId="07B0932F" w14:textId="77777777" w:rsidR="00942E2F" w:rsidRPr="00FF4D71" w:rsidRDefault="00AF22D7" w:rsidP="00FF4D71">
      <w:pPr>
        <w:keepNext/>
        <w:rPr>
          <w:b/>
          <w:bCs/>
          <w:lang w:val="ru-RU"/>
        </w:rPr>
      </w:pPr>
      <w:r w:rsidRPr="00FF4D71">
        <w:rPr>
          <w:b/>
          <w:bCs/>
          <w:lang w:val="ru-RU"/>
        </w:rPr>
        <w:t>4. Передача Товара и возврат денег</w:t>
      </w:r>
    </w:p>
    <w:p w14:paraId="1C0B2EC5" w14:textId="77777777" w:rsidR="00942E2F" w:rsidRPr="00F41C20" w:rsidRDefault="00AF22D7">
      <w:pPr>
        <w:keepLines/>
        <w:rPr>
          <w:lang w:val="ru-RU"/>
        </w:rPr>
      </w:pPr>
      <w:r w:rsidRPr="00F41C20">
        <w:rPr>
          <w:b/>
          <w:lang w:val="ru-RU"/>
        </w:rPr>
        <w:t>Планируемый способ передачи Товара:</w:t>
      </w:r>
    </w:p>
    <w:p w14:paraId="740DF3FC" w14:textId="77777777" w:rsidR="00942E2F" w:rsidRPr="00F41C20" w:rsidRDefault="00AF22D7">
      <w:pPr>
        <w:keepLines/>
        <w:ind w:left="227"/>
        <w:rPr>
          <w:lang w:val="ru-RU"/>
        </w:rPr>
      </w:pPr>
      <w:r w:rsidRPr="00F41C20">
        <w:rPr>
          <w:lang w:val="ru-RU"/>
        </w:rPr>
        <w:t>☐ почта   ☐ курьерская служба   ☐ лично по согласованию   ☐ иной способ</w:t>
      </w:r>
    </w:p>
    <w:p w14:paraId="56560222" w14:textId="77777777" w:rsidR="00942E2F" w:rsidRPr="00F41C20" w:rsidRDefault="00AF22D7">
      <w:pPr>
        <w:spacing w:after="140"/>
        <w:rPr>
          <w:lang w:val="ru-RU"/>
        </w:rPr>
      </w:pPr>
      <w:r w:rsidRPr="00F41C20">
        <w:rPr>
          <w:b/>
          <w:lang w:val="ru-RU"/>
        </w:rPr>
        <w:t xml:space="preserve">Трек-номер или сведения о передаче, если уже отправлено </w:t>
      </w:r>
      <w:r w:rsidRPr="00F41C20">
        <w:rPr>
          <w:lang w:val="ru-RU"/>
        </w:rPr>
        <w:t>___________________________________________________________________________</w:t>
      </w:r>
    </w:p>
    <w:p w14:paraId="3C9CA84B" w14:textId="77777777" w:rsidR="00942E2F" w:rsidRPr="00F41C20" w:rsidRDefault="00AF22D7">
      <w:pPr>
        <w:keepLines/>
        <w:rPr>
          <w:lang w:val="ru-RU"/>
        </w:rPr>
      </w:pPr>
      <w:r w:rsidRPr="00F41C20">
        <w:rPr>
          <w:b/>
          <w:lang w:val="ru-RU"/>
        </w:rPr>
        <w:t>Предпочтительный способ возврата денег:</w:t>
      </w:r>
    </w:p>
    <w:p w14:paraId="60F12C32" w14:textId="77777777" w:rsidR="00942E2F" w:rsidRPr="00F41C20" w:rsidRDefault="00AF22D7">
      <w:pPr>
        <w:keepLines/>
        <w:ind w:left="227"/>
        <w:rPr>
          <w:lang w:val="ru-RU"/>
        </w:rPr>
      </w:pPr>
      <w:r w:rsidRPr="00F41C20">
        <w:rPr>
          <w:lang w:val="ru-RU"/>
        </w:rPr>
        <w:t>☐ тем же способом, которым произведена оплата</w:t>
      </w:r>
    </w:p>
    <w:p w14:paraId="1F396A09" w14:textId="77777777" w:rsidR="00942E2F" w:rsidRPr="00F41C20" w:rsidRDefault="00AF22D7">
      <w:pPr>
        <w:keepLines/>
        <w:ind w:left="227"/>
        <w:rPr>
          <w:lang w:val="ru-RU"/>
        </w:rPr>
      </w:pPr>
      <w:r w:rsidRPr="00F41C20">
        <w:rPr>
          <w:lang w:val="ru-RU"/>
        </w:rPr>
        <w:t>☐ по следующим реквизитам, если способ согласован с Продавцом</w:t>
      </w:r>
    </w:p>
    <w:p w14:paraId="78A59603" w14:textId="77777777" w:rsidR="00942E2F" w:rsidRPr="00F41C20" w:rsidRDefault="00AF22D7">
      <w:pPr>
        <w:spacing w:after="360"/>
        <w:rPr>
          <w:lang w:val="ru-RU"/>
        </w:rPr>
      </w:pPr>
      <w:r>
        <w:rPr>
          <w:b/>
          <w:lang w:val="ru-RU"/>
        </w:rPr>
        <w:t>Получатель, наименование банка, БИК и номер банковского счета (только если требуется перевод на счет) __________________________________________________________</w:t>
      </w:r>
    </w:p>
    <w:p w14:paraId="0378DA85" w14:textId="77777777" w:rsidR="00942E2F" w:rsidRPr="00FF4D71" w:rsidRDefault="00AF22D7" w:rsidP="00FF4D71">
      <w:pPr>
        <w:keepNext/>
        <w:rPr>
          <w:b/>
          <w:bCs/>
          <w:lang w:val="ru-RU"/>
        </w:rPr>
      </w:pPr>
      <w:r w:rsidRPr="00FF4D71">
        <w:rPr>
          <w:b/>
          <w:bCs/>
          <w:lang w:val="ru-RU"/>
        </w:rPr>
        <w:t>5. Приложения</w:t>
      </w:r>
    </w:p>
    <w:p w14:paraId="4E63C34F" w14:textId="77777777" w:rsidR="00942E2F" w:rsidRPr="00F41C20" w:rsidRDefault="00AF22D7">
      <w:pPr>
        <w:keepLines/>
        <w:rPr>
          <w:lang w:val="ru-RU"/>
        </w:rPr>
      </w:pPr>
      <w:r>
        <w:rPr>
          <w:lang w:val="ru-RU"/>
        </w:rPr>
        <w:t>☐ документ о покупке, если сохранился   ☐ фотографии, при наличии   ☐ заключение, при наличии   ☐ иное: __________________</w:t>
      </w:r>
    </w:p>
    <w:p w14:paraId="644880DE" w14:textId="77777777" w:rsidR="00942E2F" w:rsidRPr="00F41C20" w:rsidRDefault="00AF22D7">
      <w:pPr>
        <w:keepLines/>
        <w:jc w:val="both"/>
        <w:rPr>
          <w:lang w:val="ru-RU"/>
        </w:rPr>
      </w:pPr>
      <w:r w:rsidRPr="00F41C20">
        <w:rPr>
          <w:lang w:val="ru-RU"/>
        </w:rPr>
        <w:t>Прошу рассмотреть заявление и сообщить решение по указанным мной контактам.</w:t>
      </w:r>
    </w:p>
    <w:p w14:paraId="4C84B650" w14:textId="77777777" w:rsidR="002B05FE" w:rsidRDefault="0090092E">
      <w:pPr>
        <w:keepLines/>
        <w:jc w:val="both"/>
        <w:rPr>
          <w:lang w:val="ru-RU"/>
        </w:rPr>
      </w:pPr>
      <w:r w:rsidRPr="006F15DE">
        <w:rPr>
          <w:lang w:val="ru-RU"/>
        </w:rPr>
        <w:t xml:space="preserve">Сведения используются для рассмотрения требования, исполнения договора и обязанностей Продавца по закону. Политика обработки персональных данных: </w:t>
      </w:r>
      <w:r>
        <w:t>https</w:t>
      </w:r>
      <w:r w:rsidRPr="006F15DE">
        <w:rPr>
          <w:lang w:val="ru-RU"/>
        </w:rPr>
        <w:t>://</w:t>
      </w:r>
      <w:proofErr w:type="spellStart"/>
      <w:r>
        <w:t>innorto</w:t>
      </w:r>
      <w:proofErr w:type="spellEnd"/>
      <w:r w:rsidRPr="006F15DE">
        <w:rPr>
          <w:lang w:val="ru-RU"/>
        </w:rPr>
        <w:t>.</w:t>
      </w:r>
      <w:proofErr w:type="spellStart"/>
      <w:r>
        <w:t>ru</w:t>
      </w:r>
      <w:proofErr w:type="spellEnd"/>
      <w:r w:rsidRPr="006F15DE">
        <w:rPr>
          <w:lang w:val="ru-RU"/>
        </w:rPr>
        <w:t>/</w:t>
      </w:r>
      <w:r>
        <w:t>page</w:t>
      </w:r>
      <w:r w:rsidRPr="006F15DE">
        <w:rPr>
          <w:lang w:val="ru-RU"/>
        </w:rPr>
        <w:t>/</w:t>
      </w:r>
      <w:proofErr w:type="spellStart"/>
      <w:r>
        <w:t>pravovaya</w:t>
      </w:r>
      <w:proofErr w:type="spellEnd"/>
      <w:r w:rsidRPr="006F15DE">
        <w:rPr>
          <w:lang w:val="ru-RU"/>
        </w:rPr>
        <w:t>-</w:t>
      </w:r>
      <w:proofErr w:type="spellStart"/>
      <w:r>
        <w:t>informatsiya</w:t>
      </w:r>
      <w:proofErr w:type="spellEnd"/>
      <w:r w:rsidRPr="006F15DE">
        <w:rPr>
          <w:lang w:val="ru-RU"/>
        </w:rPr>
        <w:t xml:space="preserve">. Номер карты, срок ее действия, </w:t>
      </w:r>
      <w:r>
        <w:t>CVV</w:t>
      </w:r>
      <w:r w:rsidRPr="006F15DE">
        <w:rPr>
          <w:lang w:val="ru-RU"/>
        </w:rPr>
        <w:t>/</w:t>
      </w:r>
      <w:r>
        <w:t>CVC</w:t>
      </w:r>
      <w:r w:rsidRPr="006F15DE">
        <w:rPr>
          <w:lang w:val="ru-RU"/>
        </w:rPr>
        <w:t>, коды подтверждения и копию паспорта в этой форме указывать не нужно.</w:t>
      </w:r>
    </w:p>
    <w:tbl>
      <w:tblPr>
        <w:tblStyle w:val="aff0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600"/>
        <w:gridCol w:w="2600"/>
        <w:gridCol w:w="4160"/>
      </w:tblGrid>
      <w:tr w:rsidR="00942E2F" w14:paraId="7649853C" w14:textId="77777777" w:rsidTr="006F15DE">
        <w:trPr>
          <w:cantSplit/>
          <w:jc w:val="center"/>
        </w:trPr>
        <w:tc>
          <w:tcPr>
            <w:tcW w:w="2600" w:type="dxa"/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5309F6" w14:textId="77777777" w:rsidR="00942E2F" w:rsidRDefault="00AF22D7">
            <w:pPr>
              <w:spacing w:after="0"/>
              <w:jc w:val="center"/>
            </w:pPr>
            <w:r>
              <w:rPr>
                <w:b/>
              </w:rPr>
              <w:t>Дата</w:t>
            </w:r>
          </w:p>
        </w:tc>
        <w:tc>
          <w:tcPr>
            <w:tcW w:w="2600" w:type="dxa"/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B1CF3F" w14:textId="77777777" w:rsidR="00942E2F" w:rsidRDefault="00AF22D7">
            <w:pPr>
              <w:spacing w:after="0"/>
              <w:jc w:val="center"/>
            </w:pPr>
            <w:r>
              <w:rPr>
                <w:b/>
              </w:rPr>
              <w:t>Подпись</w:t>
            </w:r>
          </w:p>
        </w:tc>
        <w:tc>
          <w:tcPr>
            <w:tcW w:w="4160" w:type="dxa"/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689C86" w14:textId="77777777" w:rsidR="00942E2F" w:rsidRDefault="00AF22D7">
            <w:pPr>
              <w:spacing w:after="0"/>
              <w:jc w:val="center"/>
            </w:pPr>
            <w:r>
              <w:rPr>
                <w:b/>
              </w:rPr>
              <w:t>Расшифровка подписи</w:t>
            </w:r>
          </w:p>
        </w:tc>
      </w:tr>
      <w:tr w:rsidR="00942E2F" w14:paraId="5CD7BF23" w14:textId="77777777">
        <w:trPr>
          <w:cantSplit/>
          <w:jc w:val="center"/>
        </w:trPr>
        <w:tc>
          <w:tcPr>
            <w:tcW w:w="2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8956B7" w14:textId="77777777" w:rsidR="00942E2F" w:rsidRDefault="00AF22D7">
            <w:pPr>
              <w:spacing w:after="0"/>
              <w:jc w:val="center"/>
            </w:pPr>
            <w:r>
              <w:t>________________</w:t>
            </w:r>
          </w:p>
        </w:tc>
        <w:tc>
          <w:tcPr>
            <w:tcW w:w="2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D09781" w14:textId="77777777" w:rsidR="00942E2F" w:rsidRDefault="00AF22D7">
            <w:pPr>
              <w:spacing w:after="0"/>
              <w:jc w:val="center"/>
            </w:pPr>
            <w:r>
              <w:t>________________</w:t>
            </w:r>
          </w:p>
        </w:tc>
        <w:tc>
          <w:tcPr>
            <w:tcW w:w="4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50EE6E" w14:textId="77777777" w:rsidR="00942E2F" w:rsidRDefault="00AF22D7">
            <w:pPr>
              <w:spacing w:after="0"/>
              <w:jc w:val="center"/>
            </w:pPr>
            <w:r>
              <w:t>____________________________</w:t>
            </w:r>
          </w:p>
        </w:tc>
      </w:tr>
    </w:tbl>
    <w:p w14:paraId="5BCC7F00" w14:textId="77777777" w:rsidR="008A34D3" w:rsidRDefault="008A34D3"/>
    <w:sectPr w:rsidR="008A34D3" w:rsidSect="00034616">
      <w:headerReference w:type="default" r:id="rId8"/>
      <w:footerReference w:type="default" r:id="rId9"/>
      <w:pgSz w:w="11906" w:h="16838"/>
      <w:pgMar w:top="1134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99341" w14:textId="77777777" w:rsidR="00D47576" w:rsidRDefault="00D47576">
      <w:pPr>
        <w:spacing w:after="0" w:line="240" w:lineRule="auto"/>
      </w:pPr>
      <w:r>
        <w:separator/>
      </w:r>
    </w:p>
  </w:endnote>
  <w:endnote w:type="continuationSeparator" w:id="0">
    <w:p w14:paraId="5ABC1847" w14:textId="77777777" w:rsidR="00D47576" w:rsidRDefault="00D47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9098E" w14:textId="2AA82C85" w:rsidR="00942E2F" w:rsidRDefault="00AF22D7">
    <w:pPr>
      <w:pStyle w:val="a6"/>
      <w:jc w:val="center"/>
    </w:pPr>
    <w:r>
      <w:rPr>
        <w:color w:val="78828A"/>
        <w:sz w:val="16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 w:rsidR="00C6564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C2DFC" w14:textId="77777777" w:rsidR="00D47576" w:rsidRDefault="00D47576">
      <w:pPr>
        <w:spacing w:after="0" w:line="240" w:lineRule="auto"/>
      </w:pPr>
      <w:r>
        <w:separator/>
      </w:r>
    </w:p>
  </w:footnote>
  <w:footnote w:type="continuationSeparator" w:id="0">
    <w:p w14:paraId="519E305B" w14:textId="77777777" w:rsidR="00D47576" w:rsidRDefault="00D47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C8E65" w14:textId="77777777" w:rsidR="00942E2F" w:rsidRDefault="00942E2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B24E13"/>
    <w:multiLevelType w:val="singleLevel"/>
    <w:tmpl w:val="F6D4EE90"/>
    <w:lvl w:ilvl="0">
      <w:start w:val="1"/>
      <w:numFmt w:val="bullet"/>
      <w:pStyle w:val="a"/>
      <w:lvlText w:val="•"/>
      <w:lvlJc w:val="left"/>
      <w:pPr>
        <w:ind w:left="600" w:hanging="300"/>
      </w:pPr>
      <w:rPr>
        <w:rFonts w:ascii="Arial" w:hAnsi="Arial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63E7"/>
    <w:rsid w:val="00034616"/>
    <w:rsid w:val="0006063C"/>
    <w:rsid w:val="0015074B"/>
    <w:rsid w:val="0029639D"/>
    <w:rsid w:val="002B05FE"/>
    <w:rsid w:val="00326F90"/>
    <w:rsid w:val="005628EC"/>
    <w:rsid w:val="006F15DE"/>
    <w:rsid w:val="007F7C6E"/>
    <w:rsid w:val="008A34D3"/>
    <w:rsid w:val="0090092E"/>
    <w:rsid w:val="00942E2F"/>
    <w:rsid w:val="00AA1D8D"/>
    <w:rsid w:val="00AF22D7"/>
    <w:rsid w:val="00B47730"/>
    <w:rsid w:val="00C6564D"/>
    <w:rsid w:val="00C66D1E"/>
    <w:rsid w:val="00CB0664"/>
    <w:rsid w:val="00D45C5C"/>
    <w:rsid w:val="00D47576"/>
    <w:rsid w:val="00F41C20"/>
    <w:rsid w:val="00FC693F"/>
    <w:rsid w:val="00FF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77441E"/>
  <w14:defaultImageDpi w14:val="300"/>
  <w15:docId w15:val="{CCD9FA86-6D61-47CD-9BF6-AE0184F9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100" w:line="259" w:lineRule="auto"/>
    </w:pPr>
    <w:rPr>
      <w:rFonts w:ascii="Calibri" w:eastAsia="Calibri" w:hAnsi="Calibri"/>
      <w:color w:val="263238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5D7B"/>
      <w:sz w:val="3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E5D7B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basedOn w:val="a0"/>
    <w:pPr>
      <w:spacing w:after="60"/>
      <w:ind w:left="369" w:hanging="1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61C06C-614F-4325-89D5-4AEF0E58C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Заявление о возврате или обмене товара INNORTO</vt:lpstr>
      <vt:lpstr/>
    </vt:vector>
  </TitlesOfParts>
  <Manager/>
  <Company/>
  <LinksUpToDate>false</LinksUpToDate>
  <CharactersWithSpaces>3117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или обмене товара INNORTO</dc:title>
  <dc:subject>Юридические документы сайта INNORTO</dc:subject>
  <dc:creator>ООО ПРЕМЬЕРА</dc:creator>
  <cp:keywords>INNORTO, интернет-магазин, юридические документы</cp:keywords>
  <dc:description>generated by python-docx</dc:description>
  <cp:lastModifiedBy>Гостевой вход</cp:lastModifiedBy>
  <cp:revision>2</cp:revision>
  <dcterms:created xsi:type="dcterms:W3CDTF">2026-10-27T08:14:00Z</dcterms:created>
  <dcterms:modified xsi:type="dcterms:W3CDTF">2026-10-27T08:14:00Z</dcterms:modified>
  <cp:category/>
</cp:coreProperties>
</file>