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17B7B" w14:textId="6B619FC3" w:rsidR="00923769" w:rsidRDefault="008E484C">
      <w:pPr>
        <w:pStyle w:val="a9"/>
        <w:spacing w:after="80"/>
        <w:jc w:val="right"/>
        <w:rPr>
          <w:lang w:val="ru-RU"/>
        </w:rPr>
      </w:pPr>
      <w:r w:rsidRPr="00232F18">
        <w:rPr>
          <w:sz w:val="18"/>
          <w:lang w:val="ru-RU"/>
        </w:rPr>
        <w:t>УТВЕРЖДЕНО</w:t>
      </w:r>
      <w:r w:rsidRPr="00232F18">
        <w:rPr>
          <w:sz w:val="18"/>
          <w:lang w:val="ru-RU"/>
        </w:rPr>
        <w:br/>
        <w:t>приказом ООО «ПРЕМЬЕРА»</w:t>
      </w:r>
      <w:r w:rsidRPr="00232F18">
        <w:rPr>
          <w:sz w:val="18"/>
          <w:lang w:val="ru-RU"/>
        </w:rPr>
        <w:br/>
        <w:t xml:space="preserve">от 16.10.2026 № </w:t>
      </w:r>
      <w:r w:rsidR="006E6BB7">
        <w:rPr>
          <w:sz w:val="18"/>
          <w:lang w:val="ru-RU"/>
        </w:rPr>
        <w:t>16/01</w:t>
      </w:r>
      <w:bookmarkStart w:id="0" w:name="_GoBack"/>
      <w:bookmarkEnd w:id="0"/>
    </w:p>
    <w:p w14:paraId="2F2ACE17" w14:textId="77777777" w:rsidR="00D71140" w:rsidRPr="00C91BE4" w:rsidRDefault="000966D1">
      <w:pPr>
        <w:pStyle w:val="a9"/>
        <w:spacing w:after="80"/>
        <w:jc w:val="center"/>
        <w:rPr>
          <w:lang w:val="ru-RU"/>
        </w:rPr>
      </w:pPr>
      <w:r w:rsidRPr="00C91BE4">
        <w:rPr>
          <w:b w:val="0"/>
          <w:lang w:val="ru-RU"/>
        </w:rPr>
        <w:t>СОГЛАСИЕ НА ОБРАБОТКУ ПЕРСОНАЛЬНЫХ ДАННЫХ, РАЗРЕШЕННЫХ ДЛЯ РАСПРОСТРАНЕНИЯ</w:t>
      </w:r>
    </w:p>
    <w:p w14:paraId="183108DF" w14:textId="77777777" w:rsidR="00813560" w:rsidRDefault="00EE6EBC">
      <w:pPr>
        <w:keepLines/>
        <w:jc w:val="both"/>
        <w:rPr>
          <w:lang w:val="ru-RU"/>
        </w:rPr>
      </w:pPr>
      <w:r>
        <w:rPr>
          <w:lang w:val="ru-RU"/>
        </w:rPr>
        <w:t>Редакция от 16.10.2026</w:t>
      </w:r>
    </w:p>
    <w:p w14:paraId="2C2E158D" w14:textId="77777777" w:rsidR="00D71140" w:rsidRPr="00C91BE4" w:rsidRDefault="000966D1" w:rsidP="00C91BE4">
      <w:pPr>
        <w:keepNext/>
        <w:jc w:val="both"/>
        <w:rPr>
          <w:b/>
          <w:bCs/>
          <w:lang w:val="ru-RU"/>
        </w:rPr>
      </w:pPr>
      <w:r w:rsidRPr="00C91BE4">
        <w:rPr>
          <w:b/>
          <w:bCs/>
          <w:lang w:val="ru-RU"/>
        </w:rPr>
        <w:t>1. Оператор и ресурс</w:t>
      </w:r>
    </w:p>
    <w:p w14:paraId="7EFD8115" w14:textId="77777777" w:rsidR="00D71140" w:rsidRPr="00A04DC6" w:rsidRDefault="000966D1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1.1. </w:t>
      </w:r>
      <w:r w:rsidRPr="00A04DC6">
        <w:rPr>
          <w:bCs/>
          <w:lang w:val="ru-RU"/>
        </w:rPr>
        <w:t>Я даю Обществу с ограниченной ответственностью «ПРЕМЬЕРА», ОГРН 1236600004915, ИНН 6671256308, адрес: 620034, Свердловская область, г. Екатеринбург, ул. Толедова, стр. 41, офис 160-220, согласие на распространение указанных ниже персональных данных путем их размещения на сайте https://innorto.ru.</w:t>
      </w:r>
    </w:p>
    <w:p w14:paraId="5E4E120A" w14:textId="77777777" w:rsidR="00D71140" w:rsidRPr="00A04DC6" w:rsidRDefault="000966D1" w:rsidP="006E29C5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1.2. </w:t>
      </w:r>
      <w:r>
        <w:rPr>
          <w:bCs/>
          <w:lang w:val="ru-RU"/>
        </w:rPr>
        <w:t>Мои фамилия, имя, отчество при наличии и контактный телефон или email указываются в форме получения Согласия для идентификации автора, связи и подтверждения Согласия. Эти контактные данные не публикуются. В отзыве отображается только указанное мной имя или псевдоним. Согласие относится к конкретному направленному мной отзыву и перечню данных раздела 2.</w:t>
      </w:r>
    </w:p>
    <w:p w14:paraId="7416FCF2" w14:textId="77777777" w:rsidR="00D71140" w:rsidRPr="00A04DC6" w:rsidRDefault="000966D1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1.3. </w:t>
      </w:r>
      <w:r w:rsidRPr="00A04DC6">
        <w:rPr>
          <w:bCs/>
          <w:lang w:val="ru-RU"/>
        </w:rPr>
        <w:t>Согласие связывается с датой, временем, версией текста, адресом страницы и техническим идентификатором действия пользователя.</w:t>
      </w:r>
    </w:p>
    <w:p w14:paraId="30F2BEA9" w14:textId="77777777" w:rsidR="00D71140" w:rsidRPr="00C91BE4" w:rsidRDefault="000966D1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1.4. </w:t>
      </w:r>
      <w:r>
        <w:rPr>
          <w:lang w:val="ru-RU"/>
        </w:rPr>
        <w:t>Цель распространения — продвижение товаров, работ, услуг на рынке путем публикации моего отзыва о Товаре, сервисе или опыте взаимодействия с Оператором на сайте INNORTO.</w:t>
      </w:r>
    </w:p>
    <w:p w14:paraId="6B891EDA" w14:textId="77777777" w:rsidR="00D71140" w:rsidRPr="00C91BE4" w:rsidRDefault="000966D1" w:rsidP="00C91BE4">
      <w:pPr>
        <w:keepNext/>
        <w:jc w:val="both"/>
        <w:rPr>
          <w:b/>
          <w:bCs/>
          <w:lang w:val="ru-RU"/>
        </w:rPr>
      </w:pPr>
      <w:r w:rsidRPr="00C91BE4">
        <w:rPr>
          <w:b/>
          <w:bCs/>
          <w:lang w:val="ru-RU"/>
        </w:rPr>
        <w:t>2. Данные, разрешенные для распространения</w:t>
      </w:r>
    </w:p>
    <w:p w14:paraId="067179A6" w14:textId="77777777" w:rsidR="00D71140" w:rsidRPr="00A04DC6" w:rsidRDefault="000966D1">
      <w:pPr>
        <w:keepLines/>
        <w:jc w:val="both"/>
        <w:rPr>
          <w:bCs/>
          <w:lang w:val="ru-RU"/>
        </w:rPr>
      </w:pPr>
      <w:r>
        <w:rPr>
          <w:bCs/>
          <w:lang w:val="ru-RU"/>
        </w:rPr>
        <w:t>Для публикации конкретного направленного мной отзыва разрешаю распространение следующих обычных персональных данных:</w:t>
      </w:r>
    </w:p>
    <w:p w14:paraId="4A5490DF" w14:textId="77777777" w:rsidR="00D71140" w:rsidRPr="00C91BE4" w:rsidRDefault="000966D1">
      <w:pPr>
        <w:keepLines/>
        <w:jc w:val="both"/>
        <w:rPr>
          <w:lang w:val="ru-RU"/>
        </w:rPr>
      </w:pPr>
      <w:r>
        <w:rPr>
          <w:lang w:val="ru-RU"/>
        </w:rPr>
        <w:t>отображаемое имя или псевдоним, указанные мной для публикации;</w:t>
      </w:r>
    </w:p>
    <w:p w14:paraId="2946A45D" w14:textId="77777777" w:rsidR="00D71140" w:rsidRPr="00C91BE4" w:rsidRDefault="000966D1">
      <w:pPr>
        <w:keepLines/>
        <w:jc w:val="both"/>
        <w:rPr>
          <w:lang w:val="ru-RU"/>
        </w:rPr>
      </w:pPr>
      <w:r>
        <w:rPr>
          <w:lang w:val="ru-RU"/>
        </w:rPr>
        <w:t>текст моего отзыва и оценка, относящиеся ко мне и моему опыту;</w:t>
      </w:r>
    </w:p>
    <w:p w14:paraId="161C4619" w14:textId="77777777" w:rsidR="00D71140" w:rsidRPr="00C91BE4" w:rsidRDefault="000966D1">
      <w:pPr>
        <w:keepLines/>
        <w:jc w:val="both"/>
        <w:rPr>
          <w:lang w:val="ru-RU"/>
        </w:rPr>
      </w:pPr>
      <w:r>
        <w:rPr>
          <w:lang w:val="ru-RU"/>
        </w:rPr>
        <w:t>наименование Товара, о котором я оставляю отзыв, если оно указано мной или связано с формой отзыва.</w:t>
      </w:r>
    </w:p>
    <w:p w14:paraId="55B9FD67" w14:textId="77777777" w:rsidR="00D71140" w:rsidRPr="00C91BE4" w:rsidRDefault="000966D1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2.1. </w:t>
      </w:r>
      <w:r>
        <w:rPr>
          <w:lang w:val="ru-RU"/>
        </w:rPr>
        <w:t xml:space="preserve">Телефон, </w:t>
      </w:r>
      <w:r>
        <w:t>email</w:t>
      </w:r>
      <w:r>
        <w:rPr>
          <w:lang w:val="ru-RU"/>
        </w:rPr>
        <w:t>, адрес, номер Заказа, платежные сведения, изображения и видео с моим участием и данные иных лиц не разрешаются для публикации на основании настоящего Согласия.</w:t>
      </w:r>
    </w:p>
    <w:p w14:paraId="5B3B4DD4" w14:textId="77777777" w:rsidR="00D71140" w:rsidRPr="00A04DC6" w:rsidRDefault="000966D1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2.2. </w:t>
      </w:r>
      <w:r w:rsidRPr="00A04DC6">
        <w:rPr>
          <w:bCs/>
          <w:lang w:val="ru-RU"/>
        </w:rPr>
        <w:t>Данные третьих лиц исключаются из публикации, пока Оператор не установит самостоятельное законное основание их распространения. Одного заявления автора об их согласии недостаточно для автоматической публикации.</w:t>
      </w:r>
    </w:p>
    <w:p w14:paraId="0D25B00F" w14:textId="77777777" w:rsidR="00D71140" w:rsidRPr="00C91BE4" w:rsidRDefault="000966D1">
      <w:pPr>
        <w:keepLines/>
        <w:jc w:val="both"/>
        <w:rPr>
          <w:lang w:val="ru-RU"/>
        </w:rPr>
      </w:pPr>
      <w:r w:rsidRPr="00C91BE4">
        <w:rPr>
          <w:b/>
          <w:lang w:val="ru-RU"/>
        </w:rPr>
        <w:t xml:space="preserve">2.3. </w:t>
      </w:r>
      <w:r w:rsidRPr="00C91BE4">
        <w:rPr>
          <w:lang w:val="ru-RU"/>
        </w:rPr>
        <w:t>Специальные категории персональных данных и биометрические персональные данные не разрешаются мной для распространения и не должны публиковаться в составе отзыва.</w:t>
      </w:r>
    </w:p>
    <w:p w14:paraId="79DFF474" w14:textId="77777777" w:rsidR="00D71140" w:rsidRPr="00C91BE4" w:rsidRDefault="000966D1" w:rsidP="00C91BE4">
      <w:pPr>
        <w:keepNext/>
        <w:jc w:val="both"/>
        <w:rPr>
          <w:b/>
          <w:bCs/>
          <w:lang w:val="ru-RU"/>
        </w:rPr>
      </w:pPr>
      <w:r>
        <w:rPr>
          <w:b/>
          <w:bCs/>
          <w:lang w:val="ru-RU"/>
        </w:rPr>
        <w:t>3. Условия распространения</w:t>
      </w:r>
    </w:p>
    <w:p w14:paraId="1FB21182" w14:textId="77777777" w:rsidR="00D71140" w:rsidRPr="00A04DC6" w:rsidRDefault="000966D1" w:rsidP="006E29C5">
      <w:pPr>
        <w:keepLines/>
        <w:jc w:val="both"/>
        <w:rPr>
          <w:bCs/>
          <w:lang w:val="ru-RU"/>
        </w:rPr>
      </w:pPr>
      <w:r>
        <w:rPr>
          <w:b/>
          <w:lang w:val="ru-RU"/>
        </w:rPr>
        <w:t>3.1</w:t>
      </w:r>
      <w:r w:rsidRPr="00A04DC6">
        <w:rPr>
          <w:b/>
          <w:bCs/>
          <w:lang w:val="ru-RU"/>
        </w:rPr>
        <w:t xml:space="preserve">. </w:t>
      </w:r>
      <w:r>
        <w:rPr>
          <w:bCs/>
          <w:lang w:val="ru-RU"/>
        </w:rPr>
        <w:t>Распространение персональных данных допускается только на сайте INNORTO. Передача данных другим владельцам сайтов, социальным сетям или рекламным площадкам для повторной публикации не допускается без отдельного согласия субъекта.</w:t>
      </w:r>
    </w:p>
    <w:p w14:paraId="0D567C60" w14:textId="77777777" w:rsidR="00D71140" w:rsidRPr="00A04DC6" w:rsidRDefault="000966D1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3.2. </w:t>
      </w:r>
      <w:r>
        <w:rPr>
          <w:bCs/>
          <w:lang w:val="ru-RU"/>
        </w:rPr>
        <w:t>Разрешены запись, хранение, воспроизведение и предоставление открытого доступа к данным раздела 2 на Сайте, а также уточнение, блокирование, удаление и уничтожение в пределах настоящего Согласия. Передача указанных данных для повторной публикации на иных ресурсах не разрешается.</w:t>
      </w:r>
    </w:p>
    <w:p w14:paraId="49EE21AD" w14:textId="6E624A93" w:rsidR="00813560" w:rsidRDefault="00EE6EBC">
      <w:pPr>
        <w:keepLines/>
        <w:jc w:val="both"/>
        <w:rPr>
          <w:lang w:val="ru-RU"/>
        </w:rPr>
      </w:pPr>
      <w:r>
        <w:rPr>
          <w:b/>
          <w:lang w:val="ru-RU"/>
        </w:rPr>
        <w:lastRenderedPageBreak/>
        <w:t xml:space="preserve">3.3. </w:t>
      </w:r>
      <w:r>
        <w:rPr>
          <w:lang w:val="ru-RU"/>
        </w:rPr>
        <w:t>Для всех данных раздела 2 устанавливаю запрет на передачу Оператором неограниченному кругу лиц, кроме предоставления доступа на Сайте, и на их обработку такими лицами, кроме получения доступа. Иные условия и запреты могу сообщить Оператору до предоставления Согласия по контактам пункта 4.2 до их согласования данные не публикуются.</w:t>
      </w:r>
    </w:p>
    <w:p w14:paraId="4F8EC988" w14:textId="77777777" w:rsidR="00813560" w:rsidRDefault="00EE6EBC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3.4. </w:t>
      </w:r>
      <w:r>
        <w:rPr>
          <w:lang w:val="ru-RU"/>
        </w:rPr>
        <w:t>Оператор в течение трех рабочих дней после получения Согласия публикует информацию об установленных условиях и запретах в предусмотренном законом объеме, не раскрывая мои контактные данные. Если установленное мной ограничение препятствует публикации, соответствующие данные не размещаются.</w:t>
      </w:r>
    </w:p>
    <w:p w14:paraId="33D63E86" w14:textId="77777777" w:rsidR="00D71140" w:rsidRPr="00C91BE4" w:rsidRDefault="000966D1" w:rsidP="00C91BE4">
      <w:pPr>
        <w:keepNext/>
        <w:jc w:val="both"/>
        <w:rPr>
          <w:b/>
          <w:bCs/>
          <w:lang w:val="ru-RU"/>
        </w:rPr>
      </w:pPr>
      <w:r w:rsidRPr="00C91BE4">
        <w:rPr>
          <w:b/>
          <w:bCs/>
          <w:lang w:val="ru-RU"/>
        </w:rPr>
        <w:t>4. Срок, прекращение распространения и отзыв</w:t>
      </w:r>
    </w:p>
    <w:p w14:paraId="3D296589" w14:textId="16D90922" w:rsidR="00D71140" w:rsidRPr="00C91BE4" w:rsidRDefault="000966D1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4.1. </w:t>
      </w:r>
      <w:r>
        <w:rPr>
          <w:lang w:val="ru-RU"/>
        </w:rPr>
        <w:t>Согласие действует три года с даты его предоставления либо до получения требования о прекращении распространения, в зависимости от того, что наступит раньше. Удаление отзыва само по себе не прекращает Согласие</w:t>
      </w:r>
      <w:r w:rsidR="00232F18">
        <w:rPr>
          <w:lang w:val="ru-RU"/>
        </w:rPr>
        <w:t>,</w:t>
      </w:r>
      <w:r>
        <w:rPr>
          <w:lang w:val="ru-RU"/>
        </w:rPr>
        <w:t xml:space="preserve"> повторное размещение того же отзыва в неизменном составе допускается только в пределах срока, цели и условий настоящего Согласия. При прекращении работы раздела дальнейшее размещение данных не производится.</w:t>
      </w:r>
    </w:p>
    <w:p w14:paraId="7828FDDA" w14:textId="1F400BA9" w:rsidR="00D71140" w:rsidRPr="00A04DC6" w:rsidRDefault="000966D1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4.2. </w:t>
      </w:r>
      <w:r>
        <w:rPr>
          <w:bCs/>
          <w:lang w:val="ru-RU"/>
        </w:rPr>
        <w:t>Требование о прекращении распространения направляется на Prima4473@gmail.com или по адресу: 620028, Свердловская область, г. Екатеринбург, Верх-Исетский бульвар, д. 25, а/я 40. Указываются фамилия, имя, отчество при наличии, контактные сведения и перечень данных, распространение которых требуется прекратить для поиска желательно указать ссылку на отзыв или его описание.</w:t>
      </w:r>
    </w:p>
    <w:p w14:paraId="579F802A" w14:textId="77777777" w:rsidR="00D71140" w:rsidRPr="00A04DC6" w:rsidRDefault="000966D1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4.3. </w:t>
      </w:r>
      <w:r w:rsidRPr="00A04DC6">
        <w:rPr>
          <w:bCs/>
          <w:lang w:val="ru-RU"/>
        </w:rPr>
        <w:t>Согласие прекращает действие с момента поступления Оператору требования, предусмотренного частью 12 статьи 10.1 Закона № 152-ФЗ. Оператор прекращает распространение без ожидания общего срока уничтожения данных. Если требование предъявлено лицу, нарушающему условия распространения, применяется срок, предусмотренный частью 14 этой статьи, — три рабочих дня либо срок судебного решения.</w:t>
      </w:r>
    </w:p>
    <w:p w14:paraId="1D04C1B9" w14:textId="77777777" w:rsidR="00D71140" w:rsidRPr="00C91BE4" w:rsidRDefault="000966D1">
      <w:pPr>
        <w:keepLines/>
        <w:jc w:val="both"/>
        <w:rPr>
          <w:lang w:val="ru-RU"/>
        </w:rPr>
      </w:pPr>
      <w:r w:rsidRPr="00C91BE4">
        <w:rPr>
          <w:b/>
          <w:lang w:val="ru-RU"/>
        </w:rPr>
        <w:t xml:space="preserve">4.4. </w:t>
      </w:r>
      <w:r w:rsidRPr="00C91BE4">
        <w:rPr>
          <w:lang w:val="ru-RU"/>
        </w:rPr>
        <w:t>Удаление данных с подконтрольного Оператору Сайта не гарантирует автоматическое удаление копий, которые третьи лица ранее создали самостоятельно. Оператор принимает предусмотренные законом меры в пределах своей ответственности.</w:t>
      </w:r>
    </w:p>
    <w:p w14:paraId="5A88905A" w14:textId="77777777" w:rsidR="00923769" w:rsidRDefault="008E484C">
      <w:pPr>
        <w:keepLines/>
        <w:jc w:val="both"/>
        <w:rPr>
          <w:lang w:val="ru-RU"/>
        </w:rPr>
      </w:pPr>
      <w:r w:rsidRPr="00232F18">
        <w:rPr>
          <w:b/>
          <w:lang w:val="ru-RU"/>
        </w:rPr>
        <w:t xml:space="preserve">4.5. </w:t>
      </w:r>
      <w:r w:rsidRPr="00232F18">
        <w:rPr>
          <w:lang w:val="ru-RU"/>
        </w:rPr>
        <w:t>Согласие предоставляется отдельно от иных документов: отдельной заранее не отмеченной галочкой и отправкой отзыва. Дата предоставления — дата отправки формы после подтверждения Согласия. Оператор сохраняет ФИО, контакт, дату и время, версию текста, содержание отзыва, перечень данных, условия и запреты, страницу и идентификатор действия. При подписании на бумаге указываются ФИО, контакт, дата и подпись субъекта.</w:t>
      </w:r>
    </w:p>
    <w:sectPr w:rsidR="0092376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FAA9C" w14:textId="77777777" w:rsidR="00A74A78" w:rsidRDefault="00A74A78">
      <w:pPr>
        <w:spacing w:after="0" w:line="240" w:lineRule="auto"/>
      </w:pPr>
      <w:r>
        <w:separator/>
      </w:r>
    </w:p>
  </w:endnote>
  <w:endnote w:type="continuationSeparator" w:id="0">
    <w:p w14:paraId="533D9DC8" w14:textId="77777777" w:rsidR="00A74A78" w:rsidRDefault="00A74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2D3E4" w14:textId="77777777" w:rsidR="00AC7C99" w:rsidRDefault="00AC7C9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FA9AD" w14:textId="719A68B2" w:rsidR="00D71140" w:rsidRDefault="000966D1">
    <w:pPr>
      <w:pStyle w:val="a6"/>
      <w:jc w:val="center"/>
    </w:pPr>
    <w:r>
      <w:rPr>
        <w:color w:val="78828A"/>
        <w:sz w:val="16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6E6BB7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9D62B" w14:textId="77777777" w:rsidR="00AC7C99" w:rsidRDefault="00AC7C9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C178B2" w14:textId="77777777" w:rsidR="00A74A78" w:rsidRDefault="00A74A78">
      <w:pPr>
        <w:spacing w:after="0" w:line="240" w:lineRule="auto"/>
      </w:pPr>
      <w:r>
        <w:separator/>
      </w:r>
    </w:p>
  </w:footnote>
  <w:footnote w:type="continuationSeparator" w:id="0">
    <w:p w14:paraId="0A5B8087" w14:textId="77777777" w:rsidR="00A74A78" w:rsidRDefault="00A74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88D71" w14:textId="77777777" w:rsidR="00AC7C99" w:rsidRDefault="00AC7C9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94BE1" w14:textId="77777777" w:rsidR="00D71140" w:rsidRDefault="00D71140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76918" w14:textId="77777777" w:rsidR="00AC7C99" w:rsidRDefault="00AC7C9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155967"/>
    <w:multiLevelType w:val="singleLevel"/>
    <w:tmpl w:val="1018D27E"/>
    <w:lvl w:ilvl="0">
      <w:start w:val="1"/>
      <w:numFmt w:val="bullet"/>
      <w:pStyle w:val="a"/>
      <w:lvlText w:val="•"/>
      <w:lvlJc w:val="left"/>
      <w:pPr>
        <w:ind w:left="600" w:hanging="300"/>
      </w:pPr>
      <w:rPr>
        <w:rFonts w:ascii="Arial" w:hAnsi="Arial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66D1"/>
    <w:rsid w:val="0015074B"/>
    <w:rsid w:val="00232F18"/>
    <w:rsid w:val="0029639D"/>
    <w:rsid w:val="00326F90"/>
    <w:rsid w:val="00615CEF"/>
    <w:rsid w:val="00632CA1"/>
    <w:rsid w:val="006E29C5"/>
    <w:rsid w:val="006E6BB7"/>
    <w:rsid w:val="00813560"/>
    <w:rsid w:val="008E484C"/>
    <w:rsid w:val="00923769"/>
    <w:rsid w:val="00A04DC6"/>
    <w:rsid w:val="00A74A78"/>
    <w:rsid w:val="00AA1D8D"/>
    <w:rsid w:val="00AC7C99"/>
    <w:rsid w:val="00B47730"/>
    <w:rsid w:val="00C6158A"/>
    <w:rsid w:val="00C91BE4"/>
    <w:rsid w:val="00CB0664"/>
    <w:rsid w:val="00D245EE"/>
    <w:rsid w:val="00D71140"/>
    <w:rsid w:val="00EE6E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88ED86"/>
  <w14:defaultImageDpi w14:val="300"/>
  <w15:docId w15:val="{24D53E26-CC5C-45F1-93C8-93191F2F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9" w:lineRule="auto"/>
    </w:pPr>
    <w:rPr>
      <w:rFonts w:ascii="Calibri" w:eastAsia="Calibri" w:hAnsi="Calibri"/>
      <w:color w:val="26323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B"/>
      <w:sz w:val="3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5D7B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a0"/>
    <w:pPr>
      <w:spacing w:after="60"/>
      <w:ind w:left="369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4A6E81-BBB7-41DF-A48F-6781D9F88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распространение персональных данных для отзывов INNORTO</vt:lpstr>
      <vt:lpstr/>
    </vt:vector>
  </TitlesOfParts>
  <Manager/>
  <Company/>
  <LinksUpToDate>false</LinksUpToDate>
  <CharactersWithSpaces>5155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распространение персональных данных для отзывов INNORTO</dc:title>
  <dc:subject>Юридические документы сайта INNORTO</dc:subject>
  <dc:creator>ООО ПРЕМЬЕРА</dc:creator>
  <cp:keywords>INNORTO, интернет-магазин, юридические документы</cp:keywords>
  <dc:description>generated by python-docx</dc:description>
  <cp:lastModifiedBy>Гостевой вход</cp:lastModifiedBy>
  <cp:revision>2</cp:revision>
  <dcterms:created xsi:type="dcterms:W3CDTF">2026-10-27T08:25:00Z</dcterms:created>
  <dcterms:modified xsi:type="dcterms:W3CDTF">2026-10-27T08:25:00Z</dcterms:modified>
  <cp:category/>
</cp:coreProperties>
</file>