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05D2F" w14:textId="7631AAE8" w:rsidR="00B80E5A" w:rsidRDefault="00243A92">
      <w:pPr>
        <w:pStyle w:val="a9"/>
        <w:jc w:val="right"/>
        <w:rPr>
          <w:lang w:val="ru-RU"/>
        </w:rPr>
      </w:pPr>
      <w:r w:rsidRPr="00125160">
        <w:rPr>
          <w:sz w:val="18"/>
          <w:lang w:val="ru-RU"/>
        </w:rPr>
        <w:t>УТВЕРЖДЕНО</w:t>
      </w:r>
      <w:r w:rsidRPr="00125160">
        <w:rPr>
          <w:sz w:val="18"/>
          <w:lang w:val="ru-RU"/>
        </w:rPr>
        <w:br/>
        <w:t>приказом ООО «ПРЕМЬЕРА»</w:t>
      </w:r>
      <w:r w:rsidRPr="00125160">
        <w:rPr>
          <w:sz w:val="18"/>
          <w:lang w:val="ru-RU"/>
        </w:rPr>
        <w:br/>
        <w:t xml:space="preserve">от 16.10.2026 № </w:t>
      </w:r>
      <w:r w:rsidR="00E163B3">
        <w:rPr>
          <w:sz w:val="18"/>
          <w:lang w:val="ru-RU"/>
        </w:rPr>
        <w:t>16/01</w:t>
      </w:r>
      <w:bookmarkStart w:id="0" w:name="_GoBack"/>
      <w:bookmarkEnd w:id="0"/>
    </w:p>
    <w:p w14:paraId="0D63BDF4" w14:textId="77777777" w:rsidR="00E34923" w:rsidRPr="008B6ABE" w:rsidRDefault="00046DCF">
      <w:pPr>
        <w:pStyle w:val="a9"/>
        <w:rPr>
          <w:lang w:val="ru-RU"/>
        </w:rPr>
      </w:pPr>
      <w:r w:rsidRPr="008B6ABE">
        <w:rPr>
          <w:lang w:val="ru-RU"/>
        </w:rPr>
        <w:t>СОГЛАСИЕ НА ОБРАБОТКУ ПЕРСОНАЛЬНЫХ ДАННЫХ ДЛЯ РЕКЛАМЫ</w:t>
      </w:r>
    </w:p>
    <w:p w14:paraId="467AE014" w14:textId="77777777" w:rsidR="00E34923" w:rsidRPr="008B6ABE" w:rsidRDefault="00046DCF">
      <w:pPr>
        <w:rPr>
          <w:lang w:val="ru-RU"/>
        </w:rPr>
      </w:pPr>
      <w:r>
        <w:rPr>
          <w:lang w:val="ru-RU"/>
        </w:rPr>
        <w:t>Редакция от 16.10.2026</w:t>
      </w:r>
    </w:p>
    <w:p w14:paraId="72F34012" w14:textId="77777777" w:rsidR="00E34923" w:rsidRPr="008B6ABE" w:rsidRDefault="00046DCF">
      <w:pPr>
        <w:keepNext/>
        <w:jc w:val="both"/>
        <w:rPr>
          <w:lang w:val="ru-RU"/>
        </w:rPr>
      </w:pPr>
      <w:r w:rsidRPr="008B6ABE">
        <w:rPr>
          <w:b/>
          <w:lang w:val="ru-RU"/>
        </w:rPr>
        <w:t>1. Оператор</w:t>
      </w:r>
    </w:p>
    <w:p w14:paraId="78EDE673" w14:textId="77777777" w:rsidR="00E34923" w:rsidRPr="00125160" w:rsidRDefault="00046DCF" w:rsidP="008B6ABE">
      <w:pPr>
        <w:jc w:val="both"/>
        <w:rPr>
          <w:lang w:val="ru-RU"/>
        </w:rPr>
      </w:pPr>
      <w:r>
        <w:rPr>
          <w:b/>
          <w:lang w:val="ru-RU"/>
        </w:rPr>
        <w:t xml:space="preserve">1.1. </w:t>
      </w:r>
      <w:r>
        <w:rPr>
          <w:lang w:val="ru-RU"/>
        </w:rPr>
        <w:t>Я свободно, своей волей и в своем интересе даю ООО «ПРЕМЬЕРА», ОГРН 1236600004915, ИНН 6671256308, адрес: 620034, Свердловская область, г. Екатеринбург, ул. Толедова, стр. 41, офис 160-220, согласие на обработку моих персональных данных исключительно для продвижения товаров, работ, услуг на рынке.</w:t>
      </w:r>
    </w:p>
    <w:p w14:paraId="59AEC9FA" w14:textId="77777777" w:rsidR="00E34923" w:rsidRPr="008B6ABE" w:rsidRDefault="00046DCF" w:rsidP="008B6ABE">
      <w:pPr>
        <w:keepNext/>
        <w:jc w:val="both"/>
        <w:rPr>
          <w:lang w:val="ru-RU"/>
        </w:rPr>
      </w:pPr>
      <w:r w:rsidRPr="008B6ABE">
        <w:rPr>
          <w:b/>
          <w:lang w:val="ru-RU"/>
        </w:rPr>
        <w:t>2. Состав и операции</w:t>
      </w:r>
    </w:p>
    <w:p w14:paraId="218773EF" w14:textId="7ADE169A" w:rsidR="00E34923" w:rsidRPr="008B6ABE" w:rsidRDefault="00046DCF" w:rsidP="008B6ABE">
      <w:pPr>
        <w:jc w:val="both"/>
        <w:rPr>
          <w:lang w:val="ru-RU"/>
        </w:rPr>
      </w:pPr>
      <w:r>
        <w:rPr>
          <w:b/>
          <w:lang w:val="ru-RU"/>
        </w:rPr>
        <w:t xml:space="preserve">2.1. </w:t>
      </w:r>
      <w:r>
        <w:rPr>
          <w:lang w:val="ru-RU"/>
        </w:rPr>
        <w:t xml:space="preserve">Данные: предоставленные мной фамилия, имя, отчество, телефон и </w:t>
      </w:r>
      <w:r>
        <w:t>email</w:t>
      </w:r>
      <w:r>
        <w:rPr>
          <w:lang w:val="ru-RU"/>
        </w:rPr>
        <w:t xml:space="preserve">. Для </w:t>
      </w:r>
      <w:r>
        <w:t>email</w:t>
      </w:r>
      <w:r>
        <w:rPr>
          <w:lang w:val="ru-RU"/>
        </w:rPr>
        <w:t xml:space="preserve">-подписки достаточно </w:t>
      </w:r>
      <w:r>
        <w:t>email</w:t>
      </w:r>
      <w:r w:rsidR="00125160">
        <w:rPr>
          <w:lang w:val="ru-RU"/>
        </w:rPr>
        <w:t>,</w:t>
      </w:r>
      <w:r>
        <w:rPr>
          <w:lang w:val="ru-RU"/>
        </w:rPr>
        <w:t xml:space="preserve"> дополнительные данные без необходимости не запрашиваются. Согласие не охватывает сведения о здоровье, дату рождения, ИНН, реквизиты карты или банковского счета.</w:t>
      </w:r>
    </w:p>
    <w:p w14:paraId="647751D1" w14:textId="77777777" w:rsidR="00E34923" w:rsidRPr="008B6ABE" w:rsidRDefault="00046DCF" w:rsidP="008B6ABE">
      <w:pPr>
        <w:jc w:val="both"/>
        <w:rPr>
          <w:lang w:val="ru-RU"/>
        </w:rPr>
      </w:pPr>
      <w:r w:rsidRPr="008B6ABE">
        <w:rPr>
          <w:b/>
          <w:lang w:val="ru-RU"/>
        </w:rPr>
        <w:t xml:space="preserve">2.2. </w:t>
      </w:r>
      <w:r>
        <w:rPr>
          <w:lang w:val="ru-RU"/>
        </w:rPr>
        <w:t>Разрешены сбор, запись, систематизация, накопление, хранение, уточнение, извлечение, ис</w:t>
      </w:r>
      <w:r w:rsidRPr="008B6ABE">
        <w:rPr>
          <w:lang w:val="ru-RU"/>
        </w:rPr>
        <w:t>пользование, передача (предоставление, доступ) в необходимом объеме при надлежащем правовом основании, блокирование, удаление и уничтожение. Обработка смешанная, с использованием внутренней сети и сети Интернет.</w:t>
      </w:r>
    </w:p>
    <w:p w14:paraId="508AAF64" w14:textId="73C858E7" w:rsidR="00E34923" w:rsidRPr="008B6ABE" w:rsidRDefault="00046DCF" w:rsidP="008B6ABE">
      <w:pPr>
        <w:jc w:val="both"/>
        <w:rPr>
          <w:lang w:val="ru-RU"/>
        </w:rPr>
      </w:pPr>
      <w:r>
        <w:rPr>
          <w:b/>
          <w:lang w:val="ru-RU"/>
        </w:rPr>
        <w:t xml:space="preserve">2.3. </w:t>
      </w:r>
      <w:r>
        <w:rPr>
          <w:lang w:val="ru-RU"/>
        </w:rPr>
        <w:t>Данные не продаются и не публикуются. Поручение обработки сервису рассылки допускается с соблюдением части 3 статьи 6 Закона № 152-ФЗ</w:t>
      </w:r>
      <w:r w:rsidR="00125160">
        <w:rPr>
          <w:lang w:val="ru-RU"/>
        </w:rPr>
        <w:t>,</w:t>
      </w:r>
      <w:r>
        <w:rPr>
          <w:lang w:val="ru-RU"/>
        </w:rPr>
        <w:t xml:space="preserve"> конкретный поставщик и условия доводятся до меня до предоставления соответствующего согласия. Обязательная локализация обеспечивается в Российской Федерации</w:t>
      </w:r>
      <w:r w:rsidR="00125160">
        <w:rPr>
          <w:lang w:val="ru-RU"/>
        </w:rPr>
        <w:t>,</w:t>
      </w:r>
      <w:r>
        <w:rPr>
          <w:lang w:val="ru-RU"/>
        </w:rPr>
        <w:t xml:space="preserve"> трансграничная передача этим Согласием не разрешается.</w:t>
      </w:r>
    </w:p>
    <w:p w14:paraId="737781D1" w14:textId="77777777" w:rsidR="00E34923" w:rsidRPr="008B6ABE" w:rsidRDefault="00046DCF" w:rsidP="008B6ABE">
      <w:pPr>
        <w:keepNext/>
        <w:jc w:val="both"/>
        <w:rPr>
          <w:lang w:val="ru-RU"/>
        </w:rPr>
      </w:pPr>
      <w:r w:rsidRPr="008B6ABE">
        <w:rPr>
          <w:b/>
          <w:lang w:val="ru-RU"/>
        </w:rPr>
        <w:t>3. Срок и отзыв</w:t>
      </w:r>
    </w:p>
    <w:p w14:paraId="4ABC1DBF" w14:textId="77777777" w:rsidR="00E34923" w:rsidRPr="008B6ABE" w:rsidRDefault="00046DCF" w:rsidP="008B6ABE">
      <w:pPr>
        <w:jc w:val="both"/>
        <w:rPr>
          <w:lang w:val="ru-RU"/>
        </w:rPr>
      </w:pPr>
      <w:r w:rsidRPr="008B6ABE">
        <w:rPr>
          <w:b/>
          <w:lang w:val="ru-RU"/>
        </w:rPr>
        <w:t xml:space="preserve">3.1. </w:t>
      </w:r>
      <w:r>
        <w:rPr>
          <w:lang w:val="ru-RU"/>
        </w:rPr>
        <w:t xml:space="preserve">Согласие действует три года с момента предоставления либо до отзыва, в зависимости от того, что наступит раньше. Я могу отозвать его через ссылку отказа в письме, на </w:t>
      </w:r>
      <w:r>
        <w:t>Prima</w:t>
      </w:r>
      <w:r w:rsidRPr="008B6ABE">
        <w:rPr>
          <w:lang w:val="ru-RU"/>
        </w:rPr>
        <w:t>4473@</w:t>
      </w:r>
      <w:proofErr w:type="spellStart"/>
      <w:r>
        <w:t>gmail</w:t>
      </w:r>
      <w:proofErr w:type="spellEnd"/>
      <w:r w:rsidRPr="008B6ABE">
        <w:rPr>
          <w:lang w:val="ru-RU"/>
        </w:rPr>
        <w:t>.</w:t>
      </w:r>
      <w:r>
        <w:t>com</w:t>
      </w:r>
      <w:r w:rsidRPr="008B6ABE">
        <w:rPr>
          <w:lang w:val="ru-RU"/>
        </w:rPr>
        <w:t xml:space="preserve"> либо по адресу: 620028, Свердловская область, г. Екатеринбург, Верх-Исетский бульвар, д. 25, а/я 40.</w:t>
      </w:r>
    </w:p>
    <w:p w14:paraId="2DCDF4BD" w14:textId="77777777" w:rsidR="00E34923" w:rsidRPr="008B6ABE" w:rsidRDefault="00046DCF" w:rsidP="008B6ABE">
      <w:pPr>
        <w:jc w:val="both"/>
        <w:rPr>
          <w:lang w:val="ru-RU"/>
        </w:rPr>
      </w:pPr>
      <w:r>
        <w:rPr>
          <w:b/>
          <w:lang w:val="ru-RU"/>
        </w:rPr>
        <w:t xml:space="preserve">3.2. </w:t>
      </w:r>
      <w:r>
        <w:rPr>
          <w:lang w:val="ru-RU"/>
        </w:rPr>
        <w:t>По моему требованию обработка для прямого продвижения Товаров прекращается немедленно. Данные уничтожаются не позднее 30 дней с даты получения отзыва, если отсутствует иное самостоятельное законное основание. Контакт, дата и время, версия текста и идентификатор действия, подтверждающие согласие и его отзыв, сохраняются отдельно три года с даты прекращения согласия для защиты прав и не используются для рекламы.</w:t>
      </w:r>
    </w:p>
    <w:p w14:paraId="5132D405" w14:textId="02E97989" w:rsidR="00B80E5A" w:rsidRDefault="00243A92">
      <w:pPr>
        <w:jc w:val="both"/>
        <w:rPr>
          <w:lang w:val="ru-RU"/>
        </w:rPr>
      </w:pPr>
      <w:r w:rsidRPr="00125160">
        <w:rPr>
          <w:b/>
          <w:lang w:val="ru-RU"/>
        </w:rPr>
        <w:t xml:space="preserve">3.3. </w:t>
      </w:r>
      <w:r w:rsidRPr="00125160">
        <w:rPr>
          <w:lang w:val="ru-RU"/>
        </w:rPr>
        <w:t xml:space="preserve">По вопросам настоящего Согласия и обработки данных я могу обратиться на </w:t>
      </w:r>
      <w:r>
        <w:t>Prima</w:t>
      </w:r>
      <w:r w:rsidRPr="00125160">
        <w:rPr>
          <w:lang w:val="ru-RU"/>
        </w:rPr>
        <w:t>4473@</w:t>
      </w:r>
      <w:proofErr w:type="spellStart"/>
      <w:r>
        <w:t>gmail</w:t>
      </w:r>
      <w:proofErr w:type="spellEnd"/>
      <w:r w:rsidRPr="00125160">
        <w:rPr>
          <w:lang w:val="ru-RU"/>
        </w:rPr>
        <w:t>.</w:t>
      </w:r>
      <w:r>
        <w:t>com</w:t>
      </w:r>
      <w:r w:rsidRPr="00125160">
        <w:rPr>
          <w:lang w:val="ru-RU"/>
        </w:rPr>
        <w:t xml:space="preserve"> либо направить заявление по адресу: 620028, Свердловская область, г. Екатеринбург, Верх-Исетский бульвар, д. 25, а/я 40, в том числе заказным письмом с описью вложения. В заявлении указываются ФИО, контакт для ответа и содержание вопроса или требования. Информация об обработке предоставляется в течение 10 рабочих дней</w:t>
      </w:r>
      <w:r w:rsidR="00125160">
        <w:rPr>
          <w:lang w:val="ru-RU"/>
        </w:rPr>
        <w:t>,</w:t>
      </w:r>
      <w:r w:rsidRPr="00125160">
        <w:rPr>
          <w:lang w:val="ru-RU"/>
        </w:rPr>
        <w:t xml:space="preserve"> при мотивированном уведомлении срок может быть продлен не более чем на пять рабочих дней в предусмотренных законом случаях. Отказ от рекламы исполняется немедленно.</w:t>
      </w:r>
    </w:p>
    <w:p w14:paraId="25FCAA18" w14:textId="77777777" w:rsidR="00E34923" w:rsidRPr="008B6ABE" w:rsidRDefault="00046DCF" w:rsidP="008B6ABE">
      <w:pPr>
        <w:keepNext/>
        <w:pageBreakBefore/>
        <w:jc w:val="both"/>
        <w:rPr>
          <w:lang w:val="ru-RU"/>
        </w:rPr>
      </w:pPr>
      <w:r w:rsidRPr="008B6ABE">
        <w:rPr>
          <w:b/>
          <w:lang w:val="ru-RU"/>
        </w:rPr>
        <w:lastRenderedPageBreak/>
        <w:t>4. Отдельность и подтверждение</w:t>
      </w:r>
    </w:p>
    <w:p w14:paraId="6916323C" w14:textId="77777777" w:rsidR="00E34923" w:rsidRPr="008B6ABE" w:rsidRDefault="00046DCF" w:rsidP="008B6ABE">
      <w:pPr>
        <w:jc w:val="both"/>
        <w:rPr>
          <w:lang w:val="ru-RU"/>
        </w:rPr>
      </w:pPr>
      <w:r w:rsidRPr="008B6ABE">
        <w:rPr>
          <w:b/>
          <w:lang w:val="ru-RU"/>
        </w:rPr>
        <w:t xml:space="preserve">4.1. </w:t>
      </w:r>
      <w:r>
        <w:rPr>
          <w:lang w:val="ru-RU"/>
        </w:rPr>
        <w:t>Согласие на рекламную обработку не является согласием на рекламные со</w:t>
      </w:r>
      <w:r w:rsidRPr="008B6ABE">
        <w:rPr>
          <w:lang w:val="ru-RU"/>
        </w:rPr>
        <w:t>общения: для их направления требуется отдельное предварительное согласие на получение рекламы. Отказ от любого из этих согласий не препятствует покупке, возврату, регистрации или обращению.</w:t>
      </w:r>
    </w:p>
    <w:p w14:paraId="139207A2" w14:textId="77777777" w:rsidR="00E34923" w:rsidRPr="008B6ABE" w:rsidRDefault="00046DCF" w:rsidP="008B6ABE">
      <w:pPr>
        <w:jc w:val="both"/>
        <w:rPr>
          <w:lang w:val="ru-RU"/>
        </w:rPr>
      </w:pPr>
      <w:r w:rsidRPr="008B6ABE">
        <w:rPr>
          <w:b/>
          <w:lang w:val="ru-RU"/>
        </w:rPr>
        <w:t xml:space="preserve">4.2. </w:t>
      </w:r>
      <w:r>
        <w:rPr>
          <w:lang w:val="ru-RU"/>
        </w:rPr>
        <w:t>Согласие подтверждается отдельной, заранее не отмеченной гало</w:t>
      </w:r>
      <w:r w:rsidRPr="008B6ABE">
        <w:rPr>
          <w:lang w:val="ru-RU"/>
        </w:rPr>
        <w:t xml:space="preserve">чкой. Оператор сохраняет контакт, дату и время, страницу, версию документа и идентификатор действия. Политика обработки данных доступна по адресу </w:t>
      </w:r>
      <w:r>
        <w:t>https</w:t>
      </w:r>
      <w:r w:rsidRPr="008B6ABE">
        <w:rPr>
          <w:lang w:val="ru-RU"/>
        </w:rPr>
        <w:t>://</w:t>
      </w:r>
      <w:proofErr w:type="spellStart"/>
      <w:r>
        <w:t>innorto</w:t>
      </w:r>
      <w:proofErr w:type="spellEnd"/>
      <w:r w:rsidRPr="008B6ABE">
        <w:rPr>
          <w:lang w:val="ru-RU"/>
        </w:rPr>
        <w:t>.</w:t>
      </w:r>
      <w:proofErr w:type="spellStart"/>
      <w:r>
        <w:t>ru</w:t>
      </w:r>
      <w:proofErr w:type="spellEnd"/>
      <w:r w:rsidRPr="008B6ABE">
        <w:rPr>
          <w:lang w:val="ru-RU"/>
        </w:rPr>
        <w:t>/</w:t>
      </w:r>
      <w:r>
        <w:t>page</w:t>
      </w:r>
      <w:r w:rsidRPr="008B6ABE">
        <w:rPr>
          <w:lang w:val="ru-RU"/>
        </w:rPr>
        <w:t>/</w:t>
      </w:r>
      <w:proofErr w:type="spellStart"/>
      <w:r>
        <w:t>pravovaya</w:t>
      </w:r>
      <w:proofErr w:type="spellEnd"/>
      <w:r w:rsidRPr="008B6ABE">
        <w:rPr>
          <w:lang w:val="ru-RU"/>
        </w:rPr>
        <w:t>-</w:t>
      </w:r>
      <w:proofErr w:type="spellStart"/>
      <w:r>
        <w:t>informatsiya</w:t>
      </w:r>
      <w:proofErr w:type="spellEnd"/>
      <w:r w:rsidRPr="008B6ABE">
        <w:rPr>
          <w:lang w:val="ru-RU"/>
        </w:rPr>
        <w:t>.</w:t>
      </w:r>
    </w:p>
    <w:p w14:paraId="643B918A" w14:textId="77777777" w:rsidR="00B80E5A" w:rsidRDefault="00243A92">
      <w:pPr>
        <w:jc w:val="both"/>
        <w:rPr>
          <w:lang w:val="ru-RU"/>
        </w:rPr>
      </w:pPr>
      <w:r w:rsidRPr="00125160">
        <w:rPr>
          <w:b/>
          <w:lang w:val="ru-RU"/>
        </w:rPr>
        <w:t xml:space="preserve">4.3. </w:t>
      </w:r>
      <w:r w:rsidRPr="00125160">
        <w:rPr>
          <w:lang w:val="ru-RU"/>
        </w:rPr>
        <w:t>При предоставлении согласия на Сайте датой его предоставления является дата отправки формы после отдельного подтверждения согласия. При предоставлении на бумаге — дата, указанная в подписанном мной Согласии.</w:t>
      </w:r>
    </w:p>
    <w:sectPr w:rsidR="00B80E5A" w:rsidSect="00034616">
      <w:headerReference w:type="default" r:id="rId8"/>
      <w:footerReference w:type="default" r:id="rId9"/>
      <w:pgSz w:w="11906" w:h="16838"/>
      <w:pgMar w:top="1134" w:right="1134" w:bottom="1020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D1E618" w14:textId="77777777" w:rsidR="00F50C5C" w:rsidRDefault="00F50C5C">
      <w:pPr>
        <w:spacing w:after="0" w:line="240" w:lineRule="auto"/>
      </w:pPr>
      <w:r>
        <w:separator/>
      </w:r>
    </w:p>
  </w:endnote>
  <w:endnote w:type="continuationSeparator" w:id="0">
    <w:p w14:paraId="7B64DC03" w14:textId="77777777" w:rsidR="00F50C5C" w:rsidRDefault="00F50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209B34" w14:textId="1E5A9CDA" w:rsidR="00020BEB" w:rsidRDefault="00D04137">
    <w:pPr>
      <w:pStyle w:val="a6"/>
      <w:jc w:val="center"/>
    </w:pPr>
    <w:r>
      <w:rPr>
        <w:color w:val="78828A"/>
        <w:sz w:val="16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 w:rsidR="00E163B3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911B9D" w14:textId="77777777" w:rsidR="00F50C5C" w:rsidRDefault="00F50C5C">
      <w:pPr>
        <w:spacing w:after="0" w:line="240" w:lineRule="auto"/>
      </w:pPr>
      <w:r>
        <w:separator/>
      </w:r>
    </w:p>
  </w:footnote>
  <w:footnote w:type="continuationSeparator" w:id="0">
    <w:p w14:paraId="085A635F" w14:textId="77777777" w:rsidR="00F50C5C" w:rsidRDefault="00F50C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E7802F" w14:textId="77777777" w:rsidR="00020BEB" w:rsidRDefault="00020BEB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10477D"/>
    <w:multiLevelType w:val="singleLevel"/>
    <w:tmpl w:val="AFB40F20"/>
    <w:lvl w:ilvl="0">
      <w:start w:val="1"/>
      <w:numFmt w:val="bullet"/>
      <w:pStyle w:val="a"/>
      <w:lvlText w:val="•"/>
      <w:lvlJc w:val="left"/>
      <w:pPr>
        <w:ind w:left="600" w:hanging="300"/>
      </w:pPr>
      <w:rPr>
        <w:rFonts w:ascii="Arial" w:hAnsi="Arial"/>
      </w:rPr>
    </w:lvl>
  </w:abstractNum>
  <w:abstractNum w:abstractNumId="10" w15:restartNumberingAfterBreak="0">
    <w:nsid w:val="29B548B3"/>
    <w:multiLevelType w:val="hybridMultilevel"/>
    <w:tmpl w:val="6F0A5862"/>
    <w:lvl w:ilvl="0" w:tplc="0419000B">
      <w:start w:val="1"/>
      <w:numFmt w:val="bullet"/>
      <w:lvlText w:val=""/>
      <w:lvlJc w:val="left"/>
      <w:pPr>
        <w:ind w:left="89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1" w15:restartNumberingAfterBreak="0">
    <w:nsid w:val="780D6F82"/>
    <w:multiLevelType w:val="hybridMultilevel"/>
    <w:tmpl w:val="4A4224F2"/>
    <w:lvl w:ilvl="0" w:tplc="0419000D">
      <w:start w:val="1"/>
      <w:numFmt w:val="bullet"/>
      <w:lvlText w:val=""/>
      <w:lvlJc w:val="left"/>
      <w:pPr>
        <w:ind w:left="89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0BEB"/>
    <w:rsid w:val="00034616"/>
    <w:rsid w:val="00046DCF"/>
    <w:rsid w:val="0006063C"/>
    <w:rsid w:val="000C1478"/>
    <w:rsid w:val="00125160"/>
    <w:rsid w:val="0015074B"/>
    <w:rsid w:val="00243A92"/>
    <w:rsid w:val="0029639D"/>
    <w:rsid w:val="00326F90"/>
    <w:rsid w:val="003D626A"/>
    <w:rsid w:val="00627058"/>
    <w:rsid w:val="008B6ABE"/>
    <w:rsid w:val="00AA1D8D"/>
    <w:rsid w:val="00B47730"/>
    <w:rsid w:val="00B80E5A"/>
    <w:rsid w:val="00CB0664"/>
    <w:rsid w:val="00D04137"/>
    <w:rsid w:val="00E163B3"/>
    <w:rsid w:val="00E34923"/>
    <w:rsid w:val="00F50C5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1BE7B2"/>
  <w14:defaultImageDpi w14:val="300"/>
  <w15:docId w15:val="{45DB7996-F93F-4102-92CF-B3BAD2E14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C693F"/>
    <w:pPr>
      <w:spacing w:after="100" w:line="259" w:lineRule="auto"/>
    </w:pPr>
    <w:rPr>
      <w:rFonts w:ascii="Calibri" w:eastAsia="Calibri" w:hAnsi="Calibri"/>
      <w:color w:val="263238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/>
      <w:b/>
      <w:bCs/>
      <w:color w:val="2E5D7B"/>
      <w:sz w:val="30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E5D7B"/>
      <w:sz w:val="25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Bullet">
    <w:name w:val="Legal Bullet"/>
    <w:basedOn w:val="a0"/>
    <w:pPr>
      <w:spacing w:after="60"/>
      <w:ind w:left="369" w:hanging="19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DBACEA-1C53-4441-B9E1-653C8FEBC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Согласие на обработку персональных данных INNORTO</vt:lpstr>
      <vt:lpstr/>
    </vt:vector>
  </TitlesOfParts>
  <Manager/>
  <Company/>
  <LinksUpToDate>false</LinksUpToDate>
  <CharactersWithSpaces>3473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INNORTO</dc:title>
  <dc:subject>Юридические документы сайта INNORTO</dc:subject>
  <dc:creator>ООО ПРЕМЬЕРА</dc:creator>
  <cp:keywords>INNORTO, интернет-магазин, юридические документы</cp:keywords>
  <dc:description>generated by python-docx</dc:description>
  <cp:lastModifiedBy>Гостевой вход</cp:lastModifiedBy>
  <cp:revision>2</cp:revision>
  <dcterms:created xsi:type="dcterms:W3CDTF">2026-10-27T08:30:00Z</dcterms:created>
  <dcterms:modified xsi:type="dcterms:W3CDTF">2026-10-27T08:30:00Z</dcterms:modified>
  <cp:category/>
</cp:coreProperties>
</file>